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2BA73" w14:textId="77777777" w:rsidR="00D262BD" w:rsidRDefault="00D262BD" w:rsidP="00D262BD">
      <w:pPr>
        <w:spacing w:after="40"/>
        <w:rPr>
          <w:rFonts w:ascii="Times New Roman" w:hAnsi="Times New Roman" w:cs="Times New Roman"/>
          <w:b/>
          <w:sz w:val="24"/>
          <w:szCs w:val="24"/>
        </w:rPr>
      </w:pPr>
    </w:p>
    <w:p w14:paraId="755DF873" w14:textId="77777777" w:rsidR="00A81EB4" w:rsidRDefault="00A81EB4" w:rsidP="00D262BD">
      <w:pPr>
        <w:spacing w:after="40"/>
        <w:rPr>
          <w:rFonts w:ascii="Times New Roman" w:hAnsi="Times New Roman" w:cs="Times New Roman"/>
          <w:b/>
          <w:sz w:val="24"/>
          <w:szCs w:val="24"/>
        </w:rPr>
      </w:pPr>
    </w:p>
    <w:p w14:paraId="7F48A784" w14:textId="77777777" w:rsidR="00A81EB4" w:rsidRDefault="00A81EB4" w:rsidP="00D262BD">
      <w:pPr>
        <w:spacing w:after="40"/>
        <w:rPr>
          <w:rFonts w:ascii="Times New Roman" w:hAnsi="Times New Roman" w:cs="Times New Roman"/>
          <w:b/>
          <w:sz w:val="24"/>
          <w:szCs w:val="24"/>
        </w:rPr>
      </w:pPr>
    </w:p>
    <w:p w14:paraId="7EBCC5F7" w14:textId="77777777" w:rsidR="00A81EB4" w:rsidRDefault="00A81EB4" w:rsidP="00D262BD">
      <w:pPr>
        <w:spacing w:after="40"/>
        <w:rPr>
          <w:rFonts w:ascii="Times New Roman" w:hAnsi="Times New Roman" w:cs="Times New Roman"/>
          <w:b/>
          <w:sz w:val="24"/>
          <w:szCs w:val="24"/>
        </w:rPr>
      </w:pPr>
    </w:p>
    <w:p w14:paraId="40872866" w14:textId="77777777" w:rsidR="00A81EB4" w:rsidRPr="00D262BD" w:rsidRDefault="00A81EB4" w:rsidP="00D262BD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48B17644" w14:textId="77777777" w:rsidR="00744E00" w:rsidRPr="00D262BD" w:rsidRDefault="00000000">
      <w:pPr>
        <w:spacing w:after="480"/>
        <w:jc w:val="center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b/>
          <w:color w:val="003366"/>
          <w:sz w:val="24"/>
          <w:szCs w:val="24"/>
        </w:rPr>
        <w:t>PRATEĆA DOKUMENTACIJA UZ JAVNI POZIV</w:t>
      </w:r>
      <w:r w:rsidRPr="00D262BD">
        <w:rPr>
          <w:rFonts w:ascii="Times New Roman" w:hAnsi="Times New Roman" w:cs="Times New Roman"/>
          <w:b/>
          <w:color w:val="003366"/>
          <w:sz w:val="24"/>
          <w:szCs w:val="24"/>
        </w:rPr>
        <w:br/>
        <w:t>ZA SUBVENCIONISANJE UGRADNJE LIFTOVA U STAMBENIM ZGRADAMA NA TERITORIJI OPŠTINE BIJELO POLJE</w:t>
      </w:r>
    </w:p>
    <w:p w14:paraId="5B12E911" w14:textId="77777777" w:rsidR="00744E00" w:rsidRPr="00D262BD" w:rsidRDefault="00000000">
      <w:pPr>
        <w:keepNext/>
        <w:spacing w:before="360" w:after="16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b/>
          <w:color w:val="003366"/>
          <w:sz w:val="24"/>
          <w:szCs w:val="24"/>
        </w:rPr>
        <w:t>OBRAZAC 1: PRIJAVA NA JAVNI POZIV</w:t>
      </w:r>
    </w:p>
    <w:p w14:paraId="7F840D42" w14:textId="42B1FB84" w:rsidR="00744E00" w:rsidRPr="00D262BD" w:rsidRDefault="00000000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Molimo Vas da sva polja popunite čitko, štampanim slovima.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Nepotpune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uzeti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>.</w:t>
      </w:r>
      <w:r w:rsidR="00884F34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5328"/>
      </w:tblGrid>
      <w:tr w:rsidR="00744E00" w:rsidRPr="00D262BD" w14:paraId="2399F8C3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FDA640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1. Adresa stambene zgrade: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DF8FBC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3E2DE045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E92608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2. Broj ulaza i katastarska parcela: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64EEE6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2C100BE5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01946E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3. Godina izgradnje zgrade: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A7FFE0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41E842A5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A51529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4. Spratnost zgrade (npr. P+4):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29BA99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7EF81D11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517D3A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5. Ukupan broj stambenih jedinica: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3DBFE8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40A634B5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8003B3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6. Ukupan broj poslovnih prostora: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1A9A82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37EC2541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40E888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7. Ime i prezime upravnika zgrade: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258F03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42C6E324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5E0D2B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8. Kontakt telefon upravnika: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2C33AB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4EEDBFB4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04A282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9. E-mail adresa upravnika: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DB4B8A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0F9542CC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E03CAD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10. Žiro račun stambene zgrade: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847BFB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3B35F7A8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305430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11. Naziv poslovne banke: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1AAB9A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0BD32A59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6AB12A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12. PIB stambene zgrade:</w:t>
            </w:r>
          </w:p>
        </w:tc>
        <w:tc>
          <w:tcPr>
            <w:tcW w:w="532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1B5686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0C5FBD" w14:textId="77777777" w:rsidR="00744E00" w:rsidRPr="00D262BD" w:rsidRDefault="0000000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b/>
          <w:sz w:val="24"/>
          <w:szCs w:val="24"/>
        </w:rPr>
        <w:t>Finansijska konstrukcija projekta: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3312"/>
      </w:tblGrid>
      <w:tr w:rsidR="00744E00" w:rsidRPr="00D262BD" w14:paraId="498CC494" w14:textId="77777777">
        <w:trPr>
          <w:jc w:val="center"/>
        </w:trPr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C1B378" w14:textId="6E070ADC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Ukupna</w:t>
            </w:r>
            <w:proofErr w:type="spellEnd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procijenjena</w:t>
            </w:r>
            <w:proofErr w:type="spellEnd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vrijednost</w:t>
            </w:r>
            <w:proofErr w:type="spellEnd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ugradnje</w:t>
            </w:r>
            <w:proofErr w:type="spellEnd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lifta</w:t>
            </w:r>
            <w:proofErr w:type="spellEnd"/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D262B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PDV</w:t>
            </w:r>
            <w:r w:rsidR="00D262B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31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0EEC52" w14:textId="71E68FF9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801CA1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4E00" w:rsidRPr="00D262BD" w14:paraId="0BB9488D" w14:textId="77777777">
        <w:trPr>
          <w:jc w:val="center"/>
        </w:trPr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5E43D9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Iznos sopstvenih sredstava stambene zgrade (min. 50%):</w:t>
            </w:r>
          </w:p>
        </w:tc>
        <w:tc>
          <w:tcPr>
            <w:tcW w:w="331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5DACC2" w14:textId="584B6DC1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r w:rsidR="009E106E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744E00" w:rsidRPr="00D262BD" w14:paraId="3AA9B736" w14:textId="77777777">
        <w:trPr>
          <w:jc w:val="center"/>
        </w:trPr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20F3EE" w14:textId="56D9CA7A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Iznos tražene subvencije od Opštine (maks. 50% / do 20.000 </w:t>
            </w:r>
            <w:r w:rsidR="009E106E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331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3ADFD5" w14:textId="605640F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r w:rsidR="009E106E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</w:tbl>
    <w:p w14:paraId="1BE65B60" w14:textId="77777777" w:rsidR="00744E00" w:rsidRPr="00D262BD" w:rsidRDefault="0000000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b/>
          <w:sz w:val="24"/>
          <w:szCs w:val="24"/>
        </w:rPr>
        <w:t>Kontrolna lista obavezne dokumentacije (Označiti sa 'X'):</w:t>
      </w:r>
    </w:p>
    <w:p w14:paraId="6F4C33A9" w14:textId="799A0302" w:rsidR="00744E00" w:rsidRPr="00D262BD" w:rsidRDefault="00000000">
      <w:pPr>
        <w:spacing w:after="80"/>
        <w:ind w:left="288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[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registraciji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upravljanja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stambene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zgrade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(</w:t>
      </w:r>
      <w:r w:rsidR="00AD5A91">
        <w:rPr>
          <w:rFonts w:ascii="Times New Roman" w:hAnsi="Times New Roman" w:cs="Times New Roman"/>
          <w:sz w:val="24"/>
          <w:szCs w:val="24"/>
        </w:rPr>
        <w:t xml:space="preserve">RJR </w:t>
      </w:r>
      <w:proofErr w:type="spellStart"/>
      <w:r w:rsidR="00AD5A91">
        <w:rPr>
          <w:rFonts w:ascii="Times New Roman" w:hAnsi="Times New Roman" w:cs="Times New Roman"/>
          <w:sz w:val="24"/>
          <w:szCs w:val="24"/>
        </w:rPr>
        <w:t>izdato</w:t>
      </w:r>
      <w:proofErr w:type="spellEnd"/>
      <w:r w:rsidR="00AD5A9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AD5A91">
        <w:rPr>
          <w:rFonts w:ascii="Times New Roman" w:hAnsi="Times New Roman" w:cs="Times New Roman"/>
          <w:sz w:val="24"/>
          <w:szCs w:val="24"/>
        </w:rPr>
        <w:t>MONSTATa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>)</w:t>
      </w:r>
    </w:p>
    <w:p w14:paraId="5966C6AA" w14:textId="77777777" w:rsidR="00744E00" w:rsidRPr="00D262BD" w:rsidRDefault="00000000">
      <w:pPr>
        <w:spacing w:after="80"/>
        <w:ind w:left="288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[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 xml:space="preserve"> Odluka Skupštine etažnih vlasnika o ugradnji lifta (donijeta dvotrećinskom većinom)</w:t>
      </w:r>
    </w:p>
    <w:p w14:paraId="56E053BA" w14:textId="2C609DA5" w:rsidR="00744E00" w:rsidRPr="00D262BD" w:rsidRDefault="00000000">
      <w:pPr>
        <w:spacing w:after="80"/>
        <w:ind w:left="288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[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Izjava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upravnika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obezbijeđenom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učešću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A91">
        <w:rPr>
          <w:rFonts w:ascii="Times New Roman" w:hAnsi="Times New Roman" w:cs="Times New Roman"/>
          <w:sz w:val="24"/>
          <w:szCs w:val="24"/>
        </w:rPr>
        <w:t>stambene</w:t>
      </w:r>
      <w:proofErr w:type="spellEnd"/>
      <w:r w:rsidR="00AD5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A91">
        <w:rPr>
          <w:rFonts w:ascii="Times New Roman" w:hAnsi="Times New Roman" w:cs="Times New Roman"/>
          <w:sz w:val="24"/>
          <w:szCs w:val="24"/>
        </w:rPr>
        <w:t>zgrade</w:t>
      </w:r>
      <w:proofErr w:type="spellEnd"/>
      <w:r w:rsidR="00AD5A91">
        <w:rPr>
          <w:rFonts w:ascii="Times New Roman" w:hAnsi="Times New Roman" w:cs="Times New Roman"/>
          <w:sz w:val="24"/>
          <w:szCs w:val="24"/>
        </w:rPr>
        <w:t xml:space="preserve"> </w:t>
      </w:r>
      <w:r w:rsidRPr="00D262B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finansiranju</w:t>
      </w:r>
      <w:proofErr w:type="spellEnd"/>
    </w:p>
    <w:p w14:paraId="76F8FCF4" w14:textId="77777777" w:rsidR="00744E00" w:rsidRPr="00D262BD" w:rsidRDefault="00000000">
      <w:pPr>
        <w:spacing w:after="80"/>
        <w:ind w:left="288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[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 xml:space="preserve"> Dokaz o posjedovanju sredstava na računu zgrade (izvod iz banke)</w:t>
      </w:r>
    </w:p>
    <w:p w14:paraId="490D1C8B" w14:textId="77777777" w:rsidR="00744E00" w:rsidRPr="00D262BD" w:rsidRDefault="00000000">
      <w:pPr>
        <w:spacing w:after="80"/>
        <w:ind w:left="288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[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 xml:space="preserve"> Glavni projekat ugradnje lifta ili tehničko rješenje sa predmjerom i predračunom radova</w:t>
      </w:r>
    </w:p>
    <w:p w14:paraId="170CDCBC" w14:textId="77777777" w:rsidR="00744E00" w:rsidRPr="00D262BD" w:rsidRDefault="00000000">
      <w:pPr>
        <w:spacing w:after="80"/>
        <w:ind w:left="288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[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 xml:space="preserve"> Dokaz o tehničkoj mogućnosti ugradnje izdat od strane licenciranog projektanta</w:t>
      </w:r>
    </w:p>
    <w:p w14:paraId="637CE2C6" w14:textId="77777777" w:rsidR="00744E00" w:rsidRPr="00D262BD" w:rsidRDefault="00000000">
      <w:pPr>
        <w:spacing w:after="80"/>
        <w:ind w:left="288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[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 xml:space="preserve"> Kopija plana i izvod iz lista nepokretnosti (ukoliko je zgrada upisana u katastar)</w:t>
      </w:r>
    </w:p>
    <w:p w14:paraId="4914B4E6" w14:textId="77777777" w:rsidR="00744E00" w:rsidRPr="00D262BD" w:rsidRDefault="00000000">
      <w:pPr>
        <w:spacing w:before="480" w:after="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U Bijelom Polju, _______________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>god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>.                                M.P.          _______________________</w:t>
      </w:r>
      <w:r w:rsidRPr="00D262BD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>Potpis upravnika zgrade)</w:t>
      </w:r>
    </w:p>
    <w:p w14:paraId="3A6CB5C5" w14:textId="77777777" w:rsidR="00744E00" w:rsidRPr="00D262BD" w:rsidRDefault="00000000">
      <w:pPr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br w:type="page"/>
      </w:r>
    </w:p>
    <w:p w14:paraId="778614B7" w14:textId="77777777" w:rsidR="00744E00" w:rsidRPr="002F4E1A" w:rsidRDefault="00000000">
      <w:pPr>
        <w:keepNext/>
        <w:spacing w:before="360" w:after="160"/>
        <w:rPr>
          <w:rFonts w:ascii="Times New Roman" w:hAnsi="Times New Roman" w:cs="Times New Roman"/>
          <w:color w:val="auto"/>
          <w:sz w:val="24"/>
          <w:szCs w:val="24"/>
        </w:rPr>
      </w:pPr>
      <w:r w:rsidRPr="002F4E1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OBRAZAC 2: IZJAVA O OBEZBIJEĐENOM SOPSTVENOM UČEŠĆU</w:t>
      </w:r>
    </w:p>
    <w:p w14:paraId="6DD59BA0" w14:textId="2D56445A" w:rsidR="00744E00" w:rsidRPr="00D262BD" w:rsidRDefault="00000000" w:rsidP="00B32C0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Ja, </w:t>
      </w:r>
      <w:r w:rsidRPr="002F4E1A">
        <w:rPr>
          <w:rFonts w:ascii="Times New Roman" w:hAnsi="Times New Roman" w:cs="Times New Roman"/>
          <w:sz w:val="24"/>
          <w:szCs w:val="24"/>
        </w:rPr>
        <w:t>___________________________________ (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upravnika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), JMBG _________________________,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upravnik</w:t>
      </w:r>
      <w:proofErr w:type="spellEnd"/>
      <w:r w:rsidR="002F4E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4E1A">
        <w:rPr>
          <w:rFonts w:ascii="Times New Roman" w:hAnsi="Times New Roman" w:cs="Times New Roman"/>
          <w:sz w:val="24"/>
          <w:szCs w:val="24"/>
        </w:rPr>
        <w:t>ovlašćen</w:t>
      </w:r>
      <w:proofErr w:type="spellEnd"/>
      <w:r w:rsidR="002F4E1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F4E1A">
        <w:rPr>
          <w:rFonts w:ascii="Times New Roman" w:hAnsi="Times New Roman" w:cs="Times New Roman"/>
          <w:sz w:val="24"/>
          <w:szCs w:val="24"/>
        </w:rPr>
        <w:t>zastupanje</w:t>
      </w:r>
      <w:proofErr w:type="spellEnd"/>
      <w:r w:rsidR="002F4E1A" w:rsidRPr="002F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stambene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zgrade</w:t>
      </w:r>
      <w:proofErr w:type="spellEnd"/>
      <w:r w:rsidR="002F4E1A">
        <w:rPr>
          <w:rFonts w:ascii="Times New Roman" w:hAnsi="Times New Roman" w:cs="Times New Roman"/>
          <w:sz w:val="24"/>
          <w:szCs w:val="24"/>
        </w:rPr>
        <w:t>_________________________</w:t>
      </w:r>
      <w:r w:rsidR="00B32C04">
        <w:rPr>
          <w:rFonts w:ascii="Times New Roman" w:hAnsi="Times New Roman" w:cs="Times New Roman"/>
          <w:sz w:val="24"/>
          <w:szCs w:val="24"/>
        </w:rPr>
        <w:t>_____</w:t>
      </w:r>
      <w:r w:rsidRPr="002F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adresi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="00B32C04">
        <w:rPr>
          <w:rFonts w:ascii="Times New Roman" w:hAnsi="Times New Roman" w:cs="Times New Roman"/>
          <w:sz w:val="24"/>
          <w:szCs w:val="24"/>
        </w:rPr>
        <w:t xml:space="preserve"> </w:t>
      </w:r>
      <w:r w:rsidRPr="002F4E1A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Bijelom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Polju</w:t>
      </w:r>
      <w:proofErr w:type="spellEnd"/>
      <w:r w:rsidRPr="002F4E1A">
        <w:rPr>
          <w:rFonts w:ascii="Times New Roman" w:hAnsi="Times New Roman" w:cs="Times New Roman"/>
          <w:sz w:val="24"/>
          <w:szCs w:val="24"/>
        </w:rPr>
        <w:t xml:space="preserve">, pod </w:t>
      </w:r>
      <w:proofErr w:type="spellStart"/>
      <w:r w:rsidRPr="002F4E1A">
        <w:rPr>
          <w:rFonts w:ascii="Times New Roman" w:hAnsi="Times New Roman" w:cs="Times New Roman"/>
          <w:sz w:val="24"/>
          <w:szCs w:val="24"/>
        </w:rPr>
        <w:t>punom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materijalnom, moralnom i krivičnom odgovornošću dajem sljedeću:</w:t>
      </w:r>
      <w:r w:rsidRPr="00D262BD">
        <w:rPr>
          <w:rFonts w:ascii="Times New Roman" w:hAnsi="Times New Roman" w:cs="Times New Roman"/>
          <w:sz w:val="24"/>
          <w:szCs w:val="24"/>
        </w:rPr>
        <w:br/>
      </w:r>
      <w:r w:rsidRPr="00D262BD">
        <w:rPr>
          <w:rFonts w:ascii="Times New Roman" w:hAnsi="Times New Roman" w:cs="Times New Roman"/>
          <w:sz w:val="24"/>
          <w:szCs w:val="24"/>
        </w:rPr>
        <w:br/>
        <w:t>I Z J A V U</w:t>
      </w:r>
      <w:r w:rsidRPr="00D262BD">
        <w:rPr>
          <w:rFonts w:ascii="Times New Roman" w:hAnsi="Times New Roman" w:cs="Times New Roman"/>
          <w:sz w:val="24"/>
          <w:szCs w:val="24"/>
        </w:rPr>
        <w:br/>
      </w:r>
      <w:r w:rsidRPr="00D262BD">
        <w:rPr>
          <w:rFonts w:ascii="Times New Roman" w:hAnsi="Times New Roman" w:cs="Times New Roman"/>
          <w:sz w:val="24"/>
          <w:szCs w:val="24"/>
        </w:rPr>
        <w:br/>
        <w:t xml:space="preserve">Kojom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potvrđujem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stambena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zgrada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obezbijedila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sopstvena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finansijska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od ___________________________ </w:t>
      </w:r>
      <w:r w:rsidR="00B32C04">
        <w:rPr>
          <w:rFonts w:ascii="Times New Roman" w:hAnsi="Times New Roman" w:cs="Times New Roman"/>
          <w:sz w:val="24"/>
          <w:szCs w:val="24"/>
        </w:rPr>
        <w:t>€</w:t>
      </w:r>
      <w:r w:rsidRPr="00D262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slovima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: _____________________________________________________),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minimalno 50% ukupne vrijednosti projekta ugradnje lifta prema dostavljenom predračunu.</w:t>
      </w:r>
      <w:r w:rsidRPr="00D262BD">
        <w:rPr>
          <w:rFonts w:ascii="Times New Roman" w:hAnsi="Times New Roman" w:cs="Times New Roman"/>
          <w:sz w:val="24"/>
          <w:szCs w:val="24"/>
        </w:rPr>
        <w:br/>
      </w:r>
      <w:r w:rsidRPr="00D262BD">
        <w:rPr>
          <w:rFonts w:ascii="Times New Roman" w:hAnsi="Times New Roman" w:cs="Times New Roman"/>
          <w:sz w:val="24"/>
          <w:szCs w:val="24"/>
        </w:rPr>
        <w:br/>
        <w:t>Sredstva su deponovana na žiro-računu stambene zgrade broj: ___________________________ otvorenim kod ___________________________ banke, i koristiće se isključivo namjenski za finansiranje ugradnje lifta u skladu sa uslovima Javnog poziva Opštine Bijelo Polje za 2026. godinu.</w:t>
      </w:r>
      <w:r w:rsidRPr="00D262BD">
        <w:rPr>
          <w:rFonts w:ascii="Times New Roman" w:hAnsi="Times New Roman" w:cs="Times New Roman"/>
          <w:sz w:val="24"/>
          <w:szCs w:val="24"/>
        </w:rPr>
        <w:br/>
      </w:r>
      <w:r w:rsidRPr="00D262BD">
        <w:rPr>
          <w:rFonts w:ascii="Times New Roman" w:hAnsi="Times New Roman" w:cs="Times New Roman"/>
          <w:sz w:val="24"/>
          <w:szCs w:val="24"/>
        </w:rPr>
        <w:br/>
        <w:t>Ovu izjavu dajem u svrhu apliciranja na Javni poziv za podnošenje prijava za subvencionisanje ugradnje liftova u stambenim zgradama na teritoriji Opštine Bijelo Polje i ista se u druge svrhe ne može koristiti.</w:t>
      </w:r>
    </w:p>
    <w:p w14:paraId="36C03FBD" w14:textId="77777777" w:rsidR="00744E00" w:rsidRPr="00D262BD" w:rsidRDefault="00000000">
      <w:pPr>
        <w:spacing w:before="72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U Bijelom Polju, _______________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>god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>.                                M.P.          _______________________</w:t>
      </w:r>
      <w:r w:rsidRPr="00D262BD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</w:t>
      </w:r>
      <w:proofErr w:type="gramStart"/>
      <w:r w:rsidRPr="00D262B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262BD">
        <w:rPr>
          <w:rFonts w:ascii="Times New Roman" w:hAnsi="Times New Roman" w:cs="Times New Roman"/>
          <w:sz w:val="24"/>
          <w:szCs w:val="24"/>
        </w:rPr>
        <w:t>Potpis upravnika zgrade)</w:t>
      </w:r>
    </w:p>
    <w:p w14:paraId="0859FDD2" w14:textId="77777777" w:rsidR="00744E00" w:rsidRPr="00D262BD" w:rsidRDefault="00000000">
      <w:pPr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br w:type="page"/>
      </w:r>
    </w:p>
    <w:p w14:paraId="7F6B11B0" w14:textId="77777777" w:rsidR="00744E00" w:rsidRPr="00D262BD" w:rsidRDefault="00000000">
      <w:pPr>
        <w:keepNext/>
        <w:spacing w:before="360" w:after="16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b/>
          <w:color w:val="003366"/>
          <w:sz w:val="24"/>
          <w:szCs w:val="24"/>
        </w:rPr>
        <w:lastRenderedPageBreak/>
        <w:t>OBRAZAC 3: MODEL ODLUKE SKUPŠTINE ETAŽNIH VLASNIKA</w:t>
      </w:r>
    </w:p>
    <w:p w14:paraId="49929A2D" w14:textId="7A101356" w:rsidR="00744E00" w:rsidRPr="000E157F" w:rsidRDefault="00000000" w:rsidP="009B6D8B">
      <w:pPr>
        <w:spacing w:after="240"/>
        <w:rPr>
          <w:rFonts w:ascii="Times New Roman" w:hAnsi="Times New Roman" w:cs="Times New Roman"/>
          <w:iCs/>
          <w:sz w:val="24"/>
          <w:szCs w:val="24"/>
        </w:rPr>
      </w:pPr>
      <w:r w:rsidRPr="000E157F">
        <w:rPr>
          <w:rFonts w:ascii="Times New Roman" w:hAnsi="Times New Roman" w:cs="Times New Roman"/>
          <w:iCs/>
          <w:sz w:val="24"/>
          <w:szCs w:val="24"/>
        </w:rPr>
        <w:t xml:space="preserve">Na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osnovu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člana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56ACD">
        <w:rPr>
          <w:rFonts w:ascii="Times New Roman" w:hAnsi="Times New Roman" w:cs="Times New Roman"/>
          <w:iCs/>
          <w:sz w:val="24"/>
          <w:szCs w:val="24"/>
        </w:rPr>
        <w:t xml:space="preserve">183 </w:t>
      </w:r>
      <w:proofErr w:type="spellStart"/>
      <w:r w:rsidR="00B56ACD">
        <w:rPr>
          <w:rFonts w:ascii="Times New Roman" w:hAnsi="Times New Roman" w:cs="Times New Roman"/>
          <w:iCs/>
          <w:sz w:val="24"/>
          <w:szCs w:val="24"/>
        </w:rPr>
        <w:t>stav</w:t>
      </w:r>
      <w:proofErr w:type="spellEnd"/>
      <w:r w:rsidR="00B56ACD">
        <w:rPr>
          <w:rFonts w:ascii="Times New Roman" w:hAnsi="Times New Roman" w:cs="Times New Roman"/>
          <w:iCs/>
          <w:sz w:val="24"/>
          <w:szCs w:val="24"/>
        </w:rPr>
        <w:t xml:space="preserve"> 1 </w:t>
      </w:r>
      <w:proofErr w:type="spellStart"/>
      <w:r w:rsidR="00B56ACD">
        <w:rPr>
          <w:rFonts w:ascii="Times New Roman" w:hAnsi="Times New Roman" w:cs="Times New Roman"/>
          <w:iCs/>
          <w:sz w:val="24"/>
          <w:szCs w:val="24"/>
        </w:rPr>
        <w:t>alineja</w:t>
      </w:r>
      <w:proofErr w:type="spellEnd"/>
      <w:r w:rsidR="00B56ACD">
        <w:rPr>
          <w:rFonts w:ascii="Times New Roman" w:hAnsi="Times New Roman" w:cs="Times New Roman"/>
          <w:iCs/>
          <w:sz w:val="24"/>
          <w:szCs w:val="24"/>
        </w:rPr>
        <w:t xml:space="preserve"> 5 </w:t>
      </w:r>
      <w:proofErr w:type="spellStart"/>
      <w:r w:rsidR="00B56ACD" w:rsidRPr="00B56ACD">
        <w:rPr>
          <w:rFonts w:ascii="Times New Roman" w:hAnsi="Times New Roman" w:cs="Times New Roman"/>
          <w:iCs/>
          <w:sz w:val="24"/>
          <w:szCs w:val="24"/>
        </w:rPr>
        <w:t>Zakon</w:t>
      </w:r>
      <w:r w:rsidR="00B56ACD">
        <w:rPr>
          <w:rFonts w:ascii="Times New Roman" w:hAnsi="Times New Roman" w:cs="Times New Roman"/>
          <w:iCs/>
          <w:sz w:val="24"/>
          <w:szCs w:val="24"/>
        </w:rPr>
        <w:t>a</w:t>
      </w:r>
      <w:proofErr w:type="spellEnd"/>
      <w:r w:rsidR="00B56ACD" w:rsidRPr="00B56ACD">
        <w:rPr>
          <w:rFonts w:ascii="Times New Roman" w:hAnsi="Times New Roman" w:cs="Times New Roman"/>
          <w:iCs/>
          <w:sz w:val="24"/>
          <w:szCs w:val="24"/>
        </w:rPr>
        <w:t xml:space="preserve"> o </w:t>
      </w:r>
      <w:proofErr w:type="spellStart"/>
      <w:r w:rsidR="00B56ACD" w:rsidRPr="00B56ACD">
        <w:rPr>
          <w:rFonts w:ascii="Times New Roman" w:hAnsi="Times New Roman" w:cs="Times New Roman"/>
          <w:iCs/>
          <w:sz w:val="24"/>
          <w:szCs w:val="24"/>
        </w:rPr>
        <w:t>svojinsko-pravnim</w:t>
      </w:r>
      <w:proofErr w:type="spellEnd"/>
      <w:r w:rsidR="00B56ACD" w:rsidRPr="00B56AC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56ACD" w:rsidRPr="00B56ACD">
        <w:rPr>
          <w:rFonts w:ascii="Times New Roman" w:hAnsi="Times New Roman" w:cs="Times New Roman"/>
          <w:iCs/>
          <w:sz w:val="24"/>
          <w:szCs w:val="24"/>
        </w:rPr>
        <w:t>odnosima</w:t>
      </w:r>
      <w:proofErr w:type="spellEnd"/>
      <w:r w:rsidR="00B56ACD" w:rsidRPr="00B56ACD">
        <w:rPr>
          <w:rFonts w:ascii="Times New Roman" w:hAnsi="Times New Roman" w:cs="Times New Roman"/>
          <w:iCs/>
          <w:sz w:val="24"/>
          <w:szCs w:val="24"/>
        </w:rPr>
        <w:t xml:space="preserve"> ("</w:t>
      </w:r>
      <w:proofErr w:type="spellStart"/>
      <w:r w:rsidR="00B56ACD" w:rsidRPr="00B56ACD">
        <w:rPr>
          <w:rFonts w:ascii="Times New Roman" w:hAnsi="Times New Roman" w:cs="Times New Roman"/>
          <w:iCs/>
          <w:sz w:val="24"/>
          <w:szCs w:val="24"/>
        </w:rPr>
        <w:t>Službeni</w:t>
      </w:r>
      <w:proofErr w:type="spellEnd"/>
      <w:r w:rsidR="00B56ACD" w:rsidRPr="00B56ACD">
        <w:rPr>
          <w:rFonts w:ascii="Times New Roman" w:hAnsi="Times New Roman" w:cs="Times New Roman"/>
          <w:iCs/>
          <w:sz w:val="24"/>
          <w:szCs w:val="24"/>
        </w:rPr>
        <w:t xml:space="preserve"> list Crne Gore", br. 019/09 od 13.03.2009, 029/25 od 21.03.2025)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Skupština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etažnih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vlasnika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stambene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zgrade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E157F" w:rsidRPr="000E157F">
        <w:rPr>
          <w:rFonts w:ascii="Times New Roman" w:hAnsi="Times New Roman" w:cs="Times New Roman"/>
          <w:iCs/>
          <w:sz w:val="24"/>
          <w:szCs w:val="24"/>
        </w:rPr>
        <w:t xml:space="preserve">__________________________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na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adresi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_____________________________________, Bijelo Polje,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na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157F">
        <w:rPr>
          <w:rFonts w:ascii="Times New Roman" w:hAnsi="Times New Roman" w:cs="Times New Roman"/>
          <w:iCs/>
          <w:sz w:val="24"/>
          <w:szCs w:val="24"/>
        </w:rPr>
        <w:t>sjednici</w:t>
      </w:r>
      <w:proofErr w:type="spellEnd"/>
      <w:r w:rsidRPr="000E157F">
        <w:rPr>
          <w:rFonts w:ascii="Times New Roman" w:hAnsi="Times New Roman" w:cs="Times New Roman"/>
          <w:iCs/>
          <w:sz w:val="24"/>
          <w:szCs w:val="24"/>
        </w:rPr>
        <w:t xml:space="preserve"> održanoj dana ____________ 2026. godine, donosi sljedeću:</w:t>
      </w:r>
    </w:p>
    <w:p w14:paraId="18319953" w14:textId="77777777" w:rsidR="00744E00" w:rsidRPr="00D262BD" w:rsidRDefault="00000000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b/>
          <w:sz w:val="24"/>
          <w:szCs w:val="24"/>
        </w:rPr>
        <w:t>O D L U K U</w:t>
      </w:r>
      <w:r w:rsidRPr="00D262BD">
        <w:rPr>
          <w:rFonts w:ascii="Times New Roman" w:hAnsi="Times New Roman" w:cs="Times New Roman"/>
          <w:b/>
          <w:sz w:val="24"/>
          <w:szCs w:val="24"/>
        </w:rPr>
        <w:br/>
        <w:t>o ugradnji lifta i učešću na Javnom pozivu Opštine Bijelo Polje</w:t>
      </w:r>
    </w:p>
    <w:p w14:paraId="41D3CAFC" w14:textId="3A426417" w:rsidR="00744E00" w:rsidRPr="00D262BD" w:rsidRDefault="00000000" w:rsidP="00885800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85800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885800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885800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Usvaja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ugradnje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novog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/ rekonstrukcije postojećeg lifta u stambenoj zgradi na adresi _____________________________________, shodno tehničkoj dokumentaciji i predračunu izrađenom od strane ____________________________________.</w:t>
      </w:r>
    </w:p>
    <w:p w14:paraId="72A2D044" w14:textId="123C9C3C" w:rsidR="00F5057D" w:rsidRDefault="00000000" w:rsidP="00885800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85800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885800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885800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Ukupna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iznosi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______________________ </w:t>
      </w:r>
      <w:r w:rsidR="00836F8A">
        <w:rPr>
          <w:rFonts w:ascii="Times New Roman" w:hAnsi="Times New Roman" w:cs="Times New Roman"/>
          <w:sz w:val="24"/>
          <w:szCs w:val="24"/>
        </w:rPr>
        <w:t>€</w:t>
      </w:r>
      <w:r w:rsidRPr="00D262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1F0A79" w14:textId="4597FBC7" w:rsidR="00744E00" w:rsidRPr="00D262BD" w:rsidRDefault="00000000" w:rsidP="00F5057D">
      <w:pPr>
        <w:spacing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etažnih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vlasnika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obezbijediti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sopstveno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finansijsko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od ______________________ </w:t>
      </w:r>
      <w:r w:rsidR="00836F8A">
        <w:rPr>
          <w:rFonts w:ascii="Times New Roman" w:hAnsi="Times New Roman" w:cs="Times New Roman"/>
          <w:sz w:val="24"/>
          <w:szCs w:val="24"/>
        </w:rPr>
        <w:t>€</w:t>
      </w:r>
      <w:r w:rsidRPr="00D26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čini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_____%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ukupne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vrijednosti investicije.</w:t>
      </w:r>
    </w:p>
    <w:p w14:paraId="025CF890" w14:textId="70EB33C2" w:rsidR="00F5057D" w:rsidRPr="00885800" w:rsidRDefault="00000000" w:rsidP="00885800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85800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885800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42E1B77F" w14:textId="7ADBD407" w:rsidR="00744E00" w:rsidRPr="00D262BD" w:rsidRDefault="004E2A30" w:rsidP="00F5057D">
      <w:pPr>
        <w:spacing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4E2A30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4E2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A30">
        <w:rPr>
          <w:rFonts w:ascii="Times New Roman" w:hAnsi="Times New Roman" w:cs="Times New Roman"/>
          <w:sz w:val="24"/>
          <w:szCs w:val="24"/>
        </w:rPr>
        <w:t>etažnih</w:t>
      </w:r>
      <w:proofErr w:type="spellEnd"/>
      <w:r w:rsidRPr="004E2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A30">
        <w:rPr>
          <w:rFonts w:ascii="Times New Roman" w:hAnsi="Times New Roman" w:cs="Times New Roman"/>
          <w:sz w:val="24"/>
          <w:szCs w:val="24"/>
        </w:rPr>
        <w:t>vlasnika</w:t>
      </w:r>
      <w:proofErr w:type="spellEnd"/>
      <w:r w:rsidRPr="004E2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A30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4E2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A30">
        <w:rPr>
          <w:rFonts w:ascii="Times New Roman" w:hAnsi="Times New Roman" w:cs="Times New Roman"/>
          <w:sz w:val="24"/>
          <w:szCs w:val="24"/>
        </w:rPr>
        <w:t>saglasnost</w:t>
      </w:r>
      <w:proofErr w:type="spellEnd"/>
      <w:r w:rsidRPr="004E2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A30">
        <w:rPr>
          <w:rFonts w:ascii="Times New Roman" w:hAnsi="Times New Roman" w:cs="Times New Roman"/>
          <w:sz w:val="24"/>
          <w:szCs w:val="24"/>
        </w:rPr>
        <w:t>upravniku</w:t>
      </w:r>
      <w:proofErr w:type="spellEnd"/>
      <w:r w:rsidRPr="004E2A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zastupanje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zgrade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F78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F15F78">
        <w:rPr>
          <w:rFonts w:ascii="Times New Roman" w:hAnsi="Times New Roman" w:cs="Times New Roman"/>
          <w:sz w:val="24"/>
          <w:szCs w:val="24"/>
        </w:rPr>
        <w:t>opreduzimanje</w:t>
      </w:r>
      <w:proofErr w:type="spellEnd"/>
      <w:r w:rsidR="00F1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F78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F1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F78">
        <w:rPr>
          <w:rFonts w:ascii="Times New Roman" w:hAnsi="Times New Roman" w:cs="Times New Roman"/>
          <w:sz w:val="24"/>
          <w:szCs w:val="24"/>
        </w:rPr>
        <w:t>potrebnih</w:t>
      </w:r>
      <w:proofErr w:type="spellEnd"/>
      <w:r w:rsidR="00F1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F78">
        <w:rPr>
          <w:rFonts w:ascii="Times New Roman" w:hAnsi="Times New Roman" w:cs="Times New Roman"/>
          <w:sz w:val="24"/>
          <w:szCs w:val="24"/>
        </w:rPr>
        <w:t>radnji</w:t>
      </w:r>
      <w:proofErr w:type="spellEnd"/>
      <w:r w:rsidR="00F15F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F15F78">
        <w:rPr>
          <w:rFonts w:ascii="Times New Roman" w:hAnsi="Times New Roman" w:cs="Times New Roman"/>
          <w:sz w:val="24"/>
          <w:szCs w:val="24"/>
        </w:rPr>
        <w:t>.</w:t>
      </w:r>
      <w:r w:rsidRPr="00D262B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etažnih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vlasnika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saglasnost upravniku zgrade da podnese prijavu na Javni poziv Opštine Bijelo Polje za subvencionisanje ugradnje liftova za 2026. godinu, potpiše ugovor o dodjeli subvencije i preduzme sve druge pravne i tehničke radnje za realizaciju ovog projekta.</w:t>
      </w:r>
    </w:p>
    <w:p w14:paraId="68496092" w14:textId="0A2D9869" w:rsidR="00744E00" w:rsidRDefault="00000000" w:rsidP="00885800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85800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885800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D262BD">
        <w:rPr>
          <w:rFonts w:ascii="Times New Roman" w:hAnsi="Times New Roman" w:cs="Times New Roman"/>
          <w:sz w:val="24"/>
          <w:szCs w:val="24"/>
        </w:rPr>
        <w:br/>
        <w:t xml:space="preserve">Ova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stupa na snagu danom donošenja, a usvojena je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kvalifikovanom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dvotrećinskom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(2/3)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većinom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glasova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etažnih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vlasnika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ukupne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stambenih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zgrade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>.</w:t>
      </w:r>
    </w:p>
    <w:p w14:paraId="12D8E49E" w14:textId="77777777" w:rsidR="00F5057D" w:rsidRPr="00F5057D" w:rsidRDefault="00F5057D" w:rsidP="00F5057D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F5057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057D">
        <w:rPr>
          <w:rFonts w:ascii="Times New Roman" w:hAnsi="Times New Roman" w:cs="Times New Roman"/>
          <w:sz w:val="24"/>
          <w:szCs w:val="24"/>
        </w:rPr>
        <w:t>Bijelom</w:t>
      </w:r>
      <w:proofErr w:type="spellEnd"/>
      <w:r w:rsidRPr="00F50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57D">
        <w:rPr>
          <w:rFonts w:ascii="Times New Roman" w:hAnsi="Times New Roman" w:cs="Times New Roman"/>
          <w:sz w:val="24"/>
          <w:szCs w:val="24"/>
        </w:rPr>
        <w:t>Polju</w:t>
      </w:r>
      <w:proofErr w:type="spellEnd"/>
      <w:r w:rsidRPr="00F5057D">
        <w:rPr>
          <w:rFonts w:ascii="Times New Roman" w:hAnsi="Times New Roman" w:cs="Times New Roman"/>
          <w:sz w:val="24"/>
          <w:szCs w:val="24"/>
        </w:rPr>
        <w:t xml:space="preserve">, _______________ </w:t>
      </w:r>
      <w:proofErr w:type="gramStart"/>
      <w:r w:rsidRPr="00F5057D">
        <w:rPr>
          <w:rFonts w:ascii="Times New Roman" w:hAnsi="Times New Roman" w:cs="Times New Roman"/>
          <w:sz w:val="24"/>
          <w:szCs w:val="24"/>
        </w:rPr>
        <w:t>god</w:t>
      </w:r>
      <w:proofErr w:type="gramEnd"/>
      <w:r w:rsidRPr="00F5057D">
        <w:rPr>
          <w:rFonts w:ascii="Times New Roman" w:hAnsi="Times New Roman" w:cs="Times New Roman"/>
          <w:sz w:val="24"/>
          <w:szCs w:val="24"/>
        </w:rPr>
        <w:t>.                                M.P.          _______________________</w:t>
      </w:r>
    </w:p>
    <w:p w14:paraId="1E75A212" w14:textId="07E079DF" w:rsidR="00F5057D" w:rsidRDefault="00F5057D" w:rsidP="00F5057D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F505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(</w:t>
      </w:r>
      <w:proofErr w:type="spellStart"/>
      <w:r w:rsidRPr="00F5057D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F50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F5057D">
        <w:rPr>
          <w:rFonts w:ascii="Times New Roman" w:hAnsi="Times New Roman" w:cs="Times New Roman"/>
          <w:sz w:val="24"/>
          <w:szCs w:val="24"/>
        </w:rPr>
        <w:t>)</w:t>
      </w:r>
    </w:p>
    <w:p w14:paraId="5CB968DA" w14:textId="77777777" w:rsidR="00F5057D" w:rsidRDefault="00F5057D" w:rsidP="00F5057D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06AFA16A" w14:textId="77777777" w:rsidR="00F5057D" w:rsidRPr="00D262BD" w:rsidRDefault="00F5057D" w:rsidP="00F5057D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3B0E1AE3" w14:textId="77777777" w:rsidR="00885800" w:rsidRDefault="00885800">
      <w:pPr>
        <w:spacing w:before="240" w:after="120"/>
        <w:rPr>
          <w:rFonts w:ascii="Times New Roman" w:hAnsi="Times New Roman" w:cs="Times New Roman"/>
          <w:b/>
          <w:sz w:val="24"/>
          <w:szCs w:val="24"/>
        </w:rPr>
      </w:pPr>
    </w:p>
    <w:p w14:paraId="620AAE48" w14:textId="2006AC56" w:rsidR="00744E00" w:rsidRPr="00D262BD" w:rsidRDefault="0000000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b/>
          <w:sz w:val="24"/>
          <w:szCs w:val="24"/>
        </w:rPr>
        <w:lastRenderedPageBreak/>
        <w:t>TABELA ZA POTPISE ETAŽNIH VLASNIKA (</w:t>
      </w:r>
      <w:proofErr w:type="spellStart"/>
      <w:r w:rsidRPr="00D262BD">
        <w:rPr>
          <w:rFonts w:ascii="Times New Roman" w:hAnsi="Times New Roman" w:cs="Times New Roman"/>
          <w:b/>
          <w:sz w:val="24"/>
          <w:szCs w:val="24"/>
        </w:rPr>
        <w:t>Potrebna</w:t>
      </w:r>
      <w:proofErr w:type="spellEnd"/>
      <w:r w:rsidRPr="00D262BD">
        <w:rPr>
          <w:rFonts w:ascii="Times New Roman" w:hAnsi="Times New Roman" w:cs="Times New Roman"/>
          <w:b/>
          <w:sz w:val="24"/>
          <w:szCs w:val="24"/>
        </w:rPr>
        <w:t xml:space="preserve"> 2/3 </w:t>
      </w:r>
      <w:proofErr w:type="spellStart"/>
      <w:r w:rsidRPr="00D262BD">
        <w:rPr>
          <w:rFonts w:ascii="Times New Roman" w:hAnsi="Times New Roman" w:cs="Times New Roman"/>
          <w:b/>
          <w:sz w:val="24"/>
          <w:szCs w:val="24"/>
        </w:rPr>
        <w:t>većin</w:t>
      </w:r>
      <w:proofErr w:type="spellEnd"/>
      <w:r w:rsidR="00D273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7317">
        <w:rPr>
          <w:rFonts w:ascii="Times New Roman" w:hAnsi="Times New Roman" w:cs="Times New Roman"/>
          <w:b/>
          <w:sz w:val="24"/>
          <w:szCs w:val="24"/>
        </w:rPr>
        <w:t>vlasnika</w:t>
      </w:r>
      <w:proofErr w:type="spellEnd"/>
      <w:r w:rsidR="00D273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7317">
        <w:rPr>
          <w:rFonts w:ascii="Times New Roman" w:hAnsi="Times New Roman" w:cs="Times New Roman"/>
          <w:b/>
          <w:sz w:val="24"/>
          <w:szCs w:val="24"/>
        </w:rPr>
        <w:t>stambenog</w:t>
      </w:r>
      <w:proofErr w:type="spellEnd"/>
      <w:r w:rsidR="00D27317">
        <w:rPr>
          <w:rFonts w:ascii="Times New Roman" w:hAnsi="Times New Roman" w:cs="Times New Roman"/>
          <w:b/>
          <w:sz w:val="24"/>
          <w:szCs w:val="24"/>
        </w:rPr>
        <w:t xml:space="preserve"> i </w:t>
      </w:r>
      <w:proofErr w:type="spellStart"/>
      <w:r w:rsidR="00D27317">
        <w:rPr>
          <w:rFonts w:ascii="Times New Roman" w:hAnsi="Times New Roman" w:cs="Times New Roman"/>
          <w:b/>
          <w:sz w:val="24"/>
          <w:szCs w:val="24"/>
        </w:rPr>
        <w:t>poslovnog</w:t>
      </w:r>
      <w:proofErr w:type="spellEnd"/>
      <w:r w:rsidR="00D273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7317">
        <w:rPr>
          <w:rFonts w:ascii="Times New Roman" w:hAnsi="Times New Roman" w:cs="Times New Roman"/>
          <w:b/>
          <w:sz w:val="24"/>
          <w:szCs w:val="24"/>
        </w:rPr>
        <w:t>prostora</w:t>
      </w:r>
      <w:proofErr w:type="spellEnd"/>
      <w:r w:rsidRPr="00D262BD">
        <w:rPr>
          <w:rFonts w:ascii="Times New Roman" w:hAnsi="Times New Roman" w:cs="Times New Roman"/>
          <w:b/>
          <w:sz w:val="24"/>
          <w:szCs w:val="24"/>
        </w:rPr>
        <w:t>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3168"/>
        <w:gridCol w:w="1152"/>
        <w:gridCol w:w="1440"/>
        <w:gridCol w:w="1728"/>
        <w:gridCol w:w="1152"/>
      </w:tblGrid>
      <w:tr w:rsidR="00744E00" w:rsidRPr="00D262BD" w14:paraId="14F643F3" w14:textId="77777777">
        <w:trPr>
          <w:jc w:val="center"/>
        </w:trPr>
        <w:tc>
          <w:tcPr>
            <w:tcW w:w="720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CF9EA" w14:textId="77777777" w:rsidR="00744E00" w:rsidRPr="00D262B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R.b.</w:t>
            </w:r>
          </w:p>
        </w:tc>
        <w:tc>
          <w:tcPr>
            <w:tcW w:w="3168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C6638" w14:textId="77777777" w:rsidR="00744E00" w:rsidRPr="00D262B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Ime i prezime vlasnika</w:t>
            </w:r>
          </w:p>
        </w:tc>
        <w:tc>
          <w:tcPr>
            <w:tcW w:w="115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A2E84" w14:textId="6805EB01" w:rsidR="00744E00" w:rsidRPr="00D262B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Br</w:t>
            </w:r>
            <w:r w:rsidR="00D2731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. PD</w:t>
            </w:r>
          </w:p>
        </w:tc>
        <w:tc>
          <w:tcPr>
            <w:tcW w:w="1440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72BF6" w14:textId="23DA0053" w:rsidR="00744E00" w:rsidRPr="00D262BD" w:rsidRDefault="00744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E4414" w14:textId="77777777" w:rsidR="00744E00" w:rsidRPr="00D262BD" w:rsidRDefault="00000000" w:rsidP="00D2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Glasao 'ZA' (Potpis)</w:t>
            </w:r>
          </w:p>
        </w:tc>
        <w:tc>
          <w:tcPr>
            <w:tcW w:w="115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66039" w14:textId="3D79397C" w:rsidR="00744E00" w:rsidRPr="00D262BD" w:rsidRDefault="00000000" w:rsidP="00D2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Glasao</w:t>
            </w:r>
            <w:proofErr w:type="spellEnd"/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PROTIV</w:t>
            </w:r>
          </w:p>
        </w:tc>
      </w:tr>
      <w:tr w:rsidR="00744E00" w:rsidRPr="00D262BD" w14:paraId="6ACD9994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98191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C6BAD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B70B7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FDE0C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6235C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778AF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051516B8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9B1F5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CF31F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D47D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F8C5C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8942A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8FB14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52E734D4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54C44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B81C0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D93AB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6D6C5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20A2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28AE5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1EE7C8E7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2875B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F5579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ECB43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8AE0B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9BAA2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99C23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6F284C97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305C2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0B407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72E22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1B407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45D0A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22313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01642376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4200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3F1A8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ABD62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01C1C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35142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1512E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14DDB579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11FDC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02B65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D7312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47EA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7B5B2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257C3" w14:textId="77777777" w:rsidR="00744E00" w:rsidRPr="00D262BD" w:rsidRDefault="00744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87B070" w14:textId="52E486D9" w:rsidR="00744E00" w:rsidRPr="0001054B" w:rsidRDefault="00000000">
      <w:pPr>
        <w:spacing w:before="160"/>
        <w:rPr>
          <w:rFonts w:ascii="Times New Roman" w:hAnsi="Times New Roman" w:cs="Times New Roman"/>
          <w:iCs/>
          <w:sz w:val="24"/>
          <w:szCs w:val="24"/>
        </w:rPr>
      </w:pPr>
      <w:r w:rsidRPr="0001054B">
        <w:rPr>
          <w:rFonts w:ascii="Times New Roman" w:hAnsi="Times New Roman" w:cs="Times New Roman"/>
          <w:iCs/>
          <w:sz w:val="24"/>
          <w:szCs w:val="24"/>
        </w:rPr>
        <w:t>UKUP</w:t>
      </w:r>
      <w:r w:rsidR="0001054B" w:rsidRPr="0001054B">
        <w:rPr>
          <w:rFonts w:ascii="Times New Roman" w:hAnsi="Times New Roman" w:cs="Times New Roman"/>
          <w:iCs/>
          <w:sz w:val="24"/>
          <w:szCs w:val="24"/>
        </w:rPr>
        <w:t xml:space="preserve">AN </w:t>
      </w:r>
      <w:proofErr w:type="spellStart"/>
      <w:r w:rsidR="0001054B" w:rsidRPr="0001054B">
        <w:rPr>
          <w:rFonts w:ascii="Times New Roman" w:hAnsi="Times New Roman" w:cs="Times New Roman"/>
          <w:iCs/>
          <w:sz w:val="24"/>
          <w:szCs w:val="24"/>
        </w:rPr>
        <w:t>broj</w:t>
      </w:r>
      <w:proofErr w:type="spellEnd"/>
      <w:r w:rsidR="0001054B"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054B" w:rsidRPr="0001054B">
        <w:rPr>
          <w:rFonts w:ascii="Times New Roman" w:hAnsi="Times New Roman" w:cs="Times New Roman"/>
          <w:iCs/>
          <w:sz w:val="24"/>
          <w:szCs w:val="24"/>
        </w:rPr>
        <w:t>etažnih</w:t>
      </w:r>
      <w:proofErr w:type="spellEnd"/>
      <w:r w:rsidR="0001054B"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054B" w:rsidRPr="0001054B">
        <w:rPr>
          <w:rFonts w:ascii="Times New Roman" w:hAnsi="Times New Roman" w:cs="Times New Roman"/>
          <w:iCs/>
          <w:sz w:val="24"/>
          <w:szCs w:val="24"/>
        </w:rPr>
        <w:t>vlasnika</w:t>
      </w:r>
      <w:proofErr w:type="spellEnd"/>
      <w:r w:rsidR="0001054B"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054B" w:rsidRPr="0001054B">
        <w:rPr>
          <w:rFonts w:ascii="Times New Roman" w:hAnsi="Times New Roman" w:cs="Times New Roman"/>
          <w:iCs/>
          <w:sz w:val="24"/>
          <w:szCs w:val="24"/>
        </w:rPr>
        <w:t>stambenih</w:t>
      </w:r>
      <w:proofErr w:type="spellEnd"/>
      <w:r w:rsidR="0001054B"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1054B">
        <w:rPr>
          <w:rFonts w:ascii="Times New Roman" w:hAnsi="Times New Roman" w:cs="Times New Roman"/>
          <w:iCs/>
          <w:sz w:val="24"/>
          <w:szCs w:val="24"/>
        </w:rPr>
        <w:t>i</w:t>
      </w:r>
      <w:r w:rsidR="0001054B"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054B" w:rsidRPr="0001054B">
        <w:rPr>
          <w:rFonts w:ascii="Times New Roman" w:hAnsi="Times New Roman" w:cs="Times New Roman"/>
          <w:iCs/>
          <w:sz w:val="24"/>
          <w:szCs w:val="24"/>
        </w:rPr>
        <w:t>poslovnih</w:t>
      </w:r>
      <w:proofErr w:type="spellEnd"/>
      <w:r w:rsidR="0001054B"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054B" w:rsidRPr="0001054B">
        <w:rPr>
          <w:rFonts w:ascii="Times New Roman" w:hAnsi="Times New Roman" w:cs="Times New Roman"/>
          <w:iCs/>
          <w:sz w:val="24"/>
          <w:szCs w:val="24"/>
        </w:rPr>
        <w:t>prostora</w:t>
      </w:r>
      <w:proofErr w:type="spellEnd"/>
      <w:r w:rsidR="0001054B">
        <w:rPr>
          <w:rFonts w:ascii="Times New Roman" w:hAnsi="Times New Roman" w:cs="Times New Roman"/>
          <w:iCs/>
          <w:sz w:val="24"/>
          <w:szCs w:val="24"/>
        </w:rPr>
        <w:t xml:space="preserve"> je______________</w:t>
      </w:r>
      <w:r w:rsidRPr="0001054B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01054B">
        <w:rPr>
          <w:rFonts w:ascii="Times New Roman" w:hAnsi="Times New Roman" w:cs="Times New Roman"/>
          <w:iCs/>
          <w:sz w:val="24"/>
          <w:szCs w:val="24"/>
        </w:rPr>
        <w:t>Upravnik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1054B">
        <w:rPr>
          <w:rFonts w:ascii="Times New Roman" w:hAnsi="Times New Roman" w:cs="Times New Roman"/>
          <w:iCs/>
          <w:sz w:val="24"/>
          <w:szCs w:val="24"/>
        </w:rPr>
        <w:t>zgrade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1054B">
        <w:rPr>
          <w:rFonts w:ascii="Times New Roman" w:hAnsi="Times New Roman" w:cs="Times New Roman"/>
          <w:iCs/>
          <w:sz w:val="24"/>
          <w:szCs w:val="24"/>
        </w:rPr>
        <w:t>potvrđuje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 xml:space="preserve"> da </w:t>
      </w:r>
      <w:proofErr w:type="spellStart"/>
      <w:r w:rsidRPr="0001054B">
        <w:rPr>
          <w:rFonts w:ascii="Times New Roman" w:hAnsi="Times New Roman" w:cs="Times New Roman"/>
          <w:iCs/>
          <w:sz w:val="24"/>
          <w:szCs w:val="24"/>
        </w:rPr>
        <w:t>procenat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1054B">
        <w:rPr>
          <w:rFonts w:ascii="Times New Roman" w:hAnsi="Times New Roman" w:cs="Times New Roman"/>
          <w:iCs/>
          <w:sz w:val="24"/>
          <w:szCs w:val="24"/>
        </w:rPr>
        <w:t>glasova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 xml:space="preserve"> 'ZA' </w:t>
      </w:r>
      <w:proofErr w:type="spellStart"/>
      <w:r w:rsidRPr="0001054B">
        <w:rPr>
          <w:rFonts w:ascii="Times New Roman" w:hAnsi="Times New Roman" w:cs="Times New Roman"/>
          <w:iCs/>
          <w:sz w:val="24"/>
          <w:szCs w:val="24"/>
        </w:rPr>
        <w:t>zadovoljava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054B">
        <w:rPr>
          <w:rFonts w:ascii="Times New Roman" w:hAnsi="Times New Roman" w:cs="Times New Roman"/>
          <w:iCs/>
          <w:sz w:val="24"/>
          <w:szCs w:val="24"/>
        </w:rPr>
        <w:t>propisani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1054B">
        <w:rPr>
          <w:rFonts w:ascii="Times New Roman" w:hAnsi="Times New Roman" w:cs="Times New Roman"/>
          <w:iCs/>
          <w:sz w:val="24"/>
          <w:szCs w:val="24"/>
        </w:rPr>
        <w:t>uslov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 xml:space="preserve"> od 2/3 </w:t>
      </w:r>
      <w:proofErr w:type="spellStart"/>
      <w:r w:rsidRPr="0001054B">
        <w:rPr>
          <w:rFonts w:ascii="Times New Roman" w:hAnsi="Times New Roman" w:cs="Times New Roman"/>
          <w:iCs/>
          <w:sz w:val="24"/>
          <w:szCs w:val="24"/>
        </w:rPr>
        <w:t>vlasništva</w:t>
      </w:r>
      <w:proofErr w:type="spellEnd"/>
      <w:r w:rsidRPr="0001054B">
        <w:rPr>
          <w:rFonts w:ascii="Times New Roman" w:hAnsi="Times New Roman" w:cs="Times New Roman"/>
          <w:iCs/>
          <w:sz w:val="24"/>
          <w:szCs w:val="24"/>
        </w:rPr>
        <w:t>.</w:t>
      </w:r>
    </w:p>
    <w:p w14:paraId="2888651F" w14:textId="77777777" w:rsidR="00744E00" w:rsidRPr="00D262BD" w:rsidRDefault="00000000">
      <w:pPr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br w:type="page"/>
      </w:r>
    </w:p>
    <w:p w14:paraId="33840393" w14:textId="77777777" w:rsidR="005A3E54" w:rsidRDefault="005A3E54" w:rsidP="005A3E5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IZJAVA ETAŽNIH VLASNIKA (SAGLASNOST ZA UGRADNJU LIFTA)</w:t>
      </w:r>
    </w:p>
    <w:p w14:paraId="6A89EB5A" w14:textId="77777777" w:rsidR="005A3E54" w:rsidRDefault="005A3E54" w:rsidP="005A3E5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IZJAVA</w:t>
      </w:r>
    </w:p>
    <w:p w14:paraId="4816CA70" w14:textId="77777777" w:rsidR="005A3E54" w:rsidRDefault="005A3E54" w:rsidP="005A3E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o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etažnih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vlasnika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ugradnju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lifta</w:t>
      </w:r>
      <w:proofErr w:type="spellEnd"/>
      <w:r>
        <w:rPr>
          <w:rFonts w:ascii="Times New Roman" w:eastAsia="Times New Roman" w:hAnsi="Times New Roman" w:cs="Times New Roman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</w:rPr>
        <w:t>učešće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programu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subvencionisanja</w:t>
      </w:r>
      <w:proofErr w:type="spellEnd"/>
    </w:p>
    <w:p w14:paraId="2D61165C" w14:textId="77777777" w:rsidR="005A3E54" w:rsidRDefault="005A3E54" w:rsidP="005A3E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Mi, </w:t>
      </w:r>
      <w:proofErr w:type="spellStart"/>
      <w:r>
        <w:rPr>
          <w:rFonts w:ascii="Times New Roman" w:eastAsia="Times New Roman" w:hAnsi="Times New Roman" w:cs="Times New Roman"/>
        </w:rPr>
        <w:t>etažni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vlasnici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stambene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zgrade</w:t>
      </w:r>
      <w:proofErr w:type="spellEnd"/>
      <w:r>
        <w:rPr>
          <w:rFonts w:ascii="Times New Roman" w:eastAsia="Times New Roman" w:hAnsi="Times New Roman" w:cs="Times New Roman"/>
        </w:rPr>
        <w:t xml:space="preserve"> ____________________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adresi</w:t>
      </w:r>
      <w:proofErr w:type="spellEnd"/>
      <w:r>
        <w:rPr>
          <w:rFonts w:ascii="Times New Roman" w:eastAsia="Times New Roman" w:hAnsi="Times New Roman" w:cs="Times New Roman"/>
        </w:rPr>
        <w:t xml:space="preserve">: __________________________, </w:t>
      </w:r>
      <w:proofErr w:type="spellStart"/>
      <w:r>
        <w:rPr>
          <w:rFonts w:ascii="Times New Roman" w:eastAsia="Times New Roman" w:hAnsi="Times New Roman" w:cs="Times New Roman"/>
        </w:rPr>
        <w:t>izjavljujemo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dajemo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učešće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programu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Bijelo Polje za </w:t>
      </w:r>
      <w:proofErr w:type="spellStart"/>
      <w:r>
        <w:rPr>
          <w:rFonts w:ascii="Times New Roman" w:eastAsia="Times New Roman" w:hAnsi="Times New Roman" w:cs="Times New Roman"/>
        </w:rPr>
        <w:t>dodjelu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subvencija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ugradnju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lifta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našoj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stambenoj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zgradi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A3A1F0" w14:textId="77777777" w:rsidR="005A3E54" w:rsidRDefault="005A3E54" w:rsidP="005A3E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Izjavljujemo</w:t>
      </w:r>
      <w:proofErr w:type="spellEnd"/>
      <w:r>
        <w:rPr>
          <w:rFonts w:ascii="Times New Roman" w:eastAsia="Times New Roman" w:hAnsi="Times New Roman" w:cs="Times New Roman"/>
        </w:rPr>
        <w:t xml:space="preserve"> da:</w:t>
      </w:r>
    </w:p>
    <w:p w14:paraId="208837DA" w14:textId="77777777" w:rsidR="005A3E54" w:rsidRDefault="005A3E54" w:rsidP="005A3E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smo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upoznati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projektom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ugradnje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lifta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24D35A80" w14:textId="77777777" w:rsidR="005A3E54" w:rsidRDefault="005A3E54" w:rsidP="005A3E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prihvatamo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učešće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finansiranju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projekta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5B43973C" w14:textId="77777777" w:rsidR="005A3E54" w:rsidRDefault="005A3E54" w:rsidP="005A3E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saglasni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smo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izborom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izvođača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radova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4B0DB9DE" w14:textId="77777777" w:rsidR="005A3E54" w:rsidRDefault="005A3E54" w:rsidP="005A3E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ovlašćujemo</w:t>
      </w:r>
      <w:proofErr w:type="spellEnd"/>
      <w:r>
        <w:rPr>
          <w:rFonts w:ascii="Times New Roman" w:eastAsia="Times New Roman" w:hAnsi="Times New Roman" w:cs="Times New Roman"/>
        </w:rPr>
        <w:t xml:space="preserve"> _____________________da </w:t>
      </w:r>
      <w:proofErr w:type="spellStart"/>
      <w:r>
        <w:rPr>
          <w:rFonts w:ascii="Times New Roman" w:eastAsia="Times New Roman" w:hAnsi="Times New Roman" w:cs="Times New Roman"/>
        </w:rPr>
        <w:t>predstavlja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interese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vlasnika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8A04C5E" w14:textId="77777777" w:rsidR="005A3E54" w:rsidRDefault="005A3E54" w:rsidP="005A3E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Spisak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etažnih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vlasnika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potpisi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):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016"/>
        <w:gridCol w:w="30"/>
        <w:gridCol w:w="2780"/>
        <w:gridCol w:w="30"/>
        <w:gridCol w:w="843"/>
        <w:gridCol w:w="30"/>
        <w:gridCol w:w="1842"/>
      </w:tblGrid>
      <w:tr w:rsidR="005A3E54" w14:paraId="151C379E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9EA05E" w14:textId="77777777" w:rsidR="005A3E54" w:rsidRDefault="005A3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PDa.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7B1768" w14:textId="77777777" w:rsidR="005A3E54" w:rsidRDefault="005A3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Ime 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prezime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3DC1C8" w14:textId="77777777" w:rsidR="005A3E54" w:rsidRDefault="005A3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vlasnika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3FD6B1" w14:textId="77777777" w:rsidR="005A3E54" w:rsidRDefault="005A3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Potpis</w:t>
            </w:r>
            <w:proofErr w:type="spellEnd"/>
          </w:p>
        </w:tc>
      </w:tr>
      <w:tr w:rsidR="005A3E54" w14:paraId="39FCD3AC" w14:textId="7777777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E70DA" w14:textId="77777777" w:rsidR="005A3E54" w:rsidRDefault="005A3E5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8C4DD6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92E14A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D97F7E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</w:tr>
      <w:tr w:rsidR="005A3E54" w14:paraId="21553017" w14:textId="7777777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515197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B3DB1B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97F0F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BC6400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</w:tr>
      <w:tr w:rsidR="005A3E54" w14:paraId="01FF203F" w14:textId="7777777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29EE5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36AE67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CD7EE2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89794C" w14:textId="77777777" w:rsidR="005A3E54" w:rsidRDefault="005A3E54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384B6E0" w14:textId="77777777" w:rsidR="005A3E54" w:rsidRDefault="005A3E54" w:rsidP="005A3E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39270A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7470F454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184FC76D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38A2D888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3FBC985C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15899ECD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52FBECE2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27412959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597E7DAA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1675F7A8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1AD7737F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1B863252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29D46147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6DE6F512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58A65E0E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369BB8C3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57E64A75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376F26A4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727EA8D6" w14:textId="77777777" w:rsidR="005A3E54" w:rsidRDefault="005A3E54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14:paraId="139C2517" w14:textId="3E2A2949" w:rsidR="00744E00" w:rsidRPr="005A3E54" w:rsidRDefault="00000000">
      <w:pPr>
        <w:keepNext/>
        <w:spacing w:before="360" w:after="160"/>
        <w:rPr>
          <w:rFonts w:ascii="Times New Roman" w:hAnsi="Times New Roman" w:cs="Times New Roman"/>
          <w:b/>
          <w:color w:val="003366"/>
          <w:sz w:val="24"/>
          <w:szCs w:val="24"/>
        </w:rPr>
      </w:pPr>
      <w:r w:rsidRPr="00D262BD">
        <w:rPr>
          <w:rFonts w:ascii="Times New Roman" w:hAnsi="Times New Roman" w:cs="Times New Roman"/>
          <w:b/>
          <w:color w:val="003366"/>
          <w:sz w:val="24"/>
          <w:szCs w:val="24"/>
        </w:rPr>
        <w:lastRenderedPageBreak/>
        <w:t>PRILOG: EVALUACIONA LISTA ZA BODOVANJE PRIJAVA (ZA KOMISIJU)</w:t>
      </w:r>
    </w:p>
    <w:p w14:paraId="4A1E7497" w14:textId="60887BC3" w:rsidR="00A214DF" w:rsidRDefault="00000000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D262BD">
        <w:rPr>
          <w:rFonts w:ascii="Times New Roman" w:hAnsi="Times New Roman" w:cs="Times New Roman"/>
          <w:sz w:val="24"/>
          <w:szCs w:val="24"/>
        </w:rPr>
        <w:t xml:space="preserve">Ovu listu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popunjava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poziva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Bijelo Polje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evaluacije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prispjelih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>.</w:t>
      </w:r>
    </w:p>
    <w:p w14:paraId="76858F62" w14:textId="4DAC0A7F" w:rsidR="00A214DF" w:rsidRPr="00D262BD" w:rsidRDefault="00A214DF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EB6072">
        <w:rPr>
          <w:rFonts w:ascii="Times New Roman" w:hAnsi="Times New Roman" w:cs="Times New Roman"/>
          <w:b/>
          <w:bCs/>
          <w:sz w:val="24"/>
          <w:szCs w:val="24"/>
        </w:rPr>
        <w:t>NAZIV ZGRADE</w:t>
      </w:r>
      <w:r>
        <w:rPr>
          <w:rFonts w:ascii="Times New Roman" w:hAnsi="Times New Roman" w:cs="Times New Roman"/>
          <w:sz w:val="24"/>
          <w:szCs w:val="24"/>
        </w:rPr>
        <w:t>__________________________________adresa______________________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5760"/>
        <w:gridCol w:w="1440"/>
        <w:gridCol w:w="1440"/>
      </w:tblGrid>
      <w:tr w:rsidR="00744E00" w:rsidRPr="00D262BD" w14:paraId="05C08415" w14:textId="77777777">
        <w:trPr>
          <w:jc w:val="center"/>
        </w:trPr>
        <w:tc>
          <w:tcPr>
            <w:tcW w:w="720" w:type="dxa"/>
            <w:shd w:val="clear" w:color="auto" w:fill="4682B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0B55D" w14:textId="77777777" w:rsidR="00744E00" w:rsidRPr="00D262BD" w:rsidRDefault="00000000" w:rsidP="005A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R.b.</w:t>
            </w:r>
          </w:p>
        </w:tc>
        <w:tc>
          <w:tcPr>
            <w:tcW w:w="5760" w:type="dxa"/>
            <w:shd w:val="clear" w:color="auto" w:fill="4682B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A6E4D" w14:textId="77777777" w:rsidR="00744E00" w:rsidRPr="00D262B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Kriterijum za bodovanje</w:t>
            </w:r>
          </w:p>
        </w:tc>
        <w:tc>
          <w:tcPr>
            <w:tcW w:w="1440" w:type="dxa"/>
            <w:shd w:val="clear" w:color="auto" w:fill="4682B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65EAF" w14:textId="77777777" w:rsidR="00744E00" w:rsidRPr="00D262B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Maksimalni bodovi</w:t>
            </w:r>
          </w:p>
        </w:tc>
        <w:tc>
          <w:tcPr>
            <w:tcW w:w="1440" w:type="dxa"/>
            <w:shd w:val="clear" w:color="auto" w:fill="4682B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B29D3" w14:textId="77777777" w:rsidR="00744E00" w:rsidRPr="00D262B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Dodijeljeni bodovi</w:t>
            </w:r>
          </w:p>
        </w:tc>
      </w:tr>
      <w:tr w:rsidR="00744E00" w:rsidRPr="00D262BD" w14:paraId="31BC3214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7D9FE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2C03C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Spratnost zgrade: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- 4 etaže (5 bodova)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- 5 etaža (10 bodova)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- 6 i više etaža (20 bodova)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5AB45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83814" w14:textId="77777777" w:rsidR="00744E00" w:rsidRPr="00D262BD" w:rsidRDefault="00744E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0530A4CA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A08CD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06AA8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Starost zgrade i tehnički status lifta: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Zgrada nikada nije imala lift (25 bodova)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Postojeći lift je van funkcije duže od 2 godine (15 bodova)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Postojeći lift je dotrajao i nebezbjedan (10 bodova)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85BC4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5328B" w14:textId="77777777" w:rsidR="00744E00" w:rsidRPr="00D262BD" w:rsidRDefault="00744E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52D3D181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E85E5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3689E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Broj korisnika (stanara) u zgradi: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Do 30 stanara (10 bodova)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Od 31 do 60 stanara (15 bodova)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Preko 60 stanara (25 bodova)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13610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3D44A" w14:textId="77777777" w:rsidR="00744E00" w:rsidRPr="00D262BD" w:rsidRDefault="00744E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164C8A40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92BAA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CDE85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Sopstveno finansijsko učešće stambene zgrade: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Tačno 50% učešća (10 bodova)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Od 51% </w:t>
            </w:r>
            <w:proofErr w:type="gramStart"/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D262BD">
              <w:rPr>
                <w:rFonts w:ascii="Times New Roman" w:hAnsi="Times New Roman" w:cs="Times New Roman"/>
                <w:sz w:val="24"/>
                <w:szCs w:val="24"/>
              </w:rPr>
              <w:t xml:space="preserve"> 60% učešća (15 bodova)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Preko 60% učešća (20 bodova)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4BE9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A214F" w14:textId="77777777" w:rsidR="00744E00" w:rsidRPr="00D262BD" w:rsidRDefault="00744E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1B70DCD5" w14:textId="77777777">
        <w:trPr>
          <w:jc w:val="center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075B8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0DDB9" w14:textId="49A42B90" w:rsidR="005A3E54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Socijalna inkluzivnost i osjetljive grupe:</w:t>
            </w:r>
            <w:r w:rsidRPr="00D262BD">
              <w:rPr>
                <w:rFonts w:ascii="Times New Roman" w:hAnsi="Times New Roman" w:cs="Times New Roman"/>
                <w:sz w:val="24"/>
                <w:szCs w:val="24"/>
              </w:rPr>
              <w:br/>
              <w:t>- U zgradi žive osobe sa invaliditetom ili smanjenom pokretljivošću (dokazano medicinskom dokumentacijom) (10 bodova)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6DFCC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44390" w14:textId="77777777" w:rsidR="00744E00" w:rsidRPr="00D262BD" w:rsidRDefault="00744E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00" w:rsidRPr="00D262BD" w14:paraId="5B47B48B" w14:textId="77777777">
        <w:trPr>
          <w:jc w:val="center"/>
        </w:trPr>
        <w:tc>
          <w:tcPr>
            <w:tcW w:w="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491F9" w14:textId="77777777" w:rsidR="00744E00" w:rsidRPr="00D262BD" w:rsidRDefault="00744E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0D8F2" w14:textId="77777777" w:rsidR="00744E00" w:rsidRPr="00D262BD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UKUPAN BROJ BODOVA</w:t>
            </w:r>
          </w:p>
        </w:tc>
        <w:tc>
          <w:tcPr>
            <w:tcW w:w="144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F8D6F" w14:textId="77777777" w:rsidR="00744E00" w:rsidRPr="00D262B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BD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4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1CD23" w14:textId="77777777" w:rsidR="00744E00" w:rsidRPr="00D262BD" w:rsidRDefault="00744E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E62A03" w14:textId="2B3AFE68" w:rsidR="00744E00" w:rsidRPr="00D262BD" w:rsidRDefault="00000000">
      <w:pPr>
        <w:spacing w:before="480"/>
        <w:rPr>
          <w:rFonts w:ascii="Times New Roman" w:hAnsi="Times New Roman" w:cs="Times New Roman"/>
          <w:sz w:val="24"/>
          <w:szCs w:val="24"/>
        </w:rPr>
      </w:pPr>
      <w:proofErr w:type="spellStart"/>
      <w:r w:rsidRPr="00D262BD">
        <w:rPr>
          <w:rFonts w:ascii="Times New Roman" w:hAnsi="Times New Roman" w:cs="Times New Roman"/>
          <w:sz w:val="24"/>
          <w:szCs w:val="24"/>
        </w:rPr>
        <w:t>Potpisi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62BD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D262BD">
        <w:rPr>
          <w:rFonts w:ascii="Times New Roman" w:hAnsi="Times New Roman" w:cs="Times New Roman"/>
          <w:sz w:val="24"/>
          <w:szCs w:val="24"/>
        </w:rPr>
        <w:t xml:space="preserve"> Komisije:</w:t>
      </w:r>
      <w:r w:rsidRPr="00D262BD">
        <w:rPr>
          <w:rFonts w:ascii="Times New Roman" w:hAnsi="Times New Roman" w:cs="Times New Roman"/>
          <w:sz w:val="24"/>
          <w:szCs w:val="24"/>
        </w:rPr>
        <w:br/>
        <w:t>1. _______________________</w:t>
      </w:r>
      <w:r w:rsidRPr="00D262BD">
        <w:rPr>
          <w:rFonts w:ascii="Times New Roman" w:hAnsi="Times New Roman" w:cs="Times New Roman"/>
          <w:sz w:val="24"/>
          <w:szCs w:val="24"/>
        </w:rPr>
        <w:br/>
        <w:t>2. _______________________</w:t>
      </w:r>
      <w:r w:rsidRPr="00D262BD">
        <w:rPr>
          <w:rFonts w:ascii="Times New Roman" w:hAnsi="Times New Roman" w:cs="Times New Roman"/>
          <w:sz w:val="24"/>
          <w:szCs w:val="24"/>
        </w:rPr>
        <w:br/>
        <w:t>3. _______________________</w:t>
      </w:r>
    </w:p>
    <w:sectPr w:rsidR="00744E00" w:rsidRPr="00D262B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5555367">
    <w:abstractNumId w:val="8"/>
  </w:num>
  <w:num w:numId="2" w16cid:durableId="1341734894">
    <w:abstractNumId w:val="6"/>
  </w:num>
  <w:num w:numId="3" w16cid:durableId="747923628">
    <w:abstractNumId w:val="5"/>
  </w:num>
  <w:num w:numId="4" w16cid:durableId="573858550">
    <w:abstractNumId w:val="4"/>
  </w:num>
  <w:num w:numId="5" w16cid:durableId="1634020093">
    <w:abstractNumId w:val="7"/>
  </w:num>
  <w:num w:numId="6" w16cid:durableId="1122110200">
    <w:abstractNumId w:val="3"/>
  </w:num>
  <w:num w:numId="7" w16cid:durableId="1748768186">
    <w:abstractNumId w:val="2"/>
  </w:num>
  <w:num w:numId="8" w16cid:durableId="88428508">
    <w:abstractNumId w:val="1"/>
  </w:num>
  <w:num w:numId="9" w16cid:durableId="71435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4B"/>
    <w:rsid w:val="00034616"/>
    <w:rsid w:val="000550E5"/>
    <w:rsid w:val="0006063C"/>
    <w:rsid w:val="000E157F"/>
    <w:rsid w:val="000E782C"/>
    <w:rsid w:val="0015074B"/>
    <w:rsid w:val="0029639D"/>
    <w:rsid w:val="002F4E1A"/>
    <w:rsid w:val="00326F90"/>
    <w:rsid w:val="003872B5"/>
    <w:rsid w:val="004B0C2E"/>
    <w:rsid w:val="004E2A30"/>
    <w:rsid w:val="00526AD9"/>
    <w:rsid w:val="00547A52"/>
    <w:rsid w:val="005A3E54"/>
    <w:rsid w:val="006244AD"/>
    <w:rsid w:val="00694C65"/>
    <w:rsid w:val="00734070"/>
    <w:rsid w:val="00744E00"/>
    <w:rsid w:val="00801CA1"/>
    <w:rsid w:val="00836F8A"/>
    <w:rsid w:val="00884F34"/>
    <w:rsid w:val="00885800"/>
    <w:rsid w:val="009B6D8B"/>
    <w:rsid w:val="009E106E"/>
    <w:rsid w:val="00A214DF"/>
    <w:rsid w:val="00A81EB4"/>
    <w:rsid w:val="00AA1D8D"/>
    <w:rsid w:val="00AD2F72"/>
    <w:rsid w:val="00AD5A91"/>
    <w:rsid w:val="00AF040F"/>
    <w:rsid w:val="00B32C04"/>
    <w:rsid w:val="00B47730"/>
    <w:rsid w:val="00B56ACD"/>
    <w:rsid w:val="00C35D05"/>
    <w:rsid w:val="00CB0664"/>
    <w:rsid w:val="00CF32C2"/>
    <w:rsid w:val="00D119CF"/>
    <w:rsid w:val="00D262BD"/>
    <w:rsid w:val="00D27317"/>
    <w:rsid w:val="00DA41D3"/>
    <w:rsid w:val="00EB6072"/>
    <w:rsid w:val="00EE1F4F"/>
    <w:rsid w:val="00F15F78"/>
    <w:rsid w:val="00F505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7BE374"/>
  <w14:defaultImageDpi w14:val="300"/>
  <w15:docId w15:val="{EF341F62-4DDA-495A-B16A-54266E86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Bojan Obradovic</cp:lastModifiedBy>
  <cp:revision>4</cp:revision>
  <dcterms:created xsi:type="dcterms:W3CDTF">2026-09-28T12:39:00Z</dcterms:created>
  <dcterms:modified xsi:type="dcterms:W3CDTF">2026-09-30T05:49:00Z</dcterms:modified>
  <cp:category/>
</cp:coreProperties>
</file>